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מרכזון כתיבה - מבנה סיפור, פתיחות, פיסוק ותיאור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הסיפור: פתיחה, בעיה, פתרון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פתיחה לסיפור ושימוש בסימני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את הכתיבה בתארים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מבנה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קורה קושי לגיבור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מי, איפה ומתי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פיסוק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המשפט נגמר בצורה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משפט שאלה נגמר בסימן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מכלל הכתיבה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תכנון עוזר לכתוב סיפור מסודר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תואר מתאר איך דבר נראה או מרגיש, לא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למשל שמחה, פחד או הפתעה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לתכנן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חלקי הסיפור והסברים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(מי, איפה, מתי קורה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(קושי שצריך לפתור)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(איך הגיבור מתגבר על הקושי)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(איך הסיפור נגמר)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(מילה שמתארת תמונה או דמות)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חלקי הסיפור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מציגים את הגיבור ואת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מופיעה בעיה שהגיבור צריך להתמודד איתה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הגיבור מוצא דרך לפתור את הבעיה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הסיפור מסתיים ומסכם מה קרה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משפט או שניים הכוללים דמות, מקום וזמן בצורה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הגיוניים - אחד מתאר בעיה, השני פתרון, עם סימני פיסוק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עם שני תארים לפחות שמתארים איך הדמות או המקום נראים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בעיה, פתרון,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כאשר המשפט שואל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תואר הגיוני כמו: גדול, יפה,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'מסלול הסיפור' כדי לחזק את ההבנה של מבנה הסיפור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לקרוא את מה שכתבו לחבר/ה ולקבל הערה אחת טובה, כפי שמופיע בכרטיס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לתת דוגמה אחת משותפת בכיתה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מרכזון כתיבה - מבנה סיפור, פתיחות, פיסוק ותיאור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בונים סיפור טוב - מהפתיחה ועד הסיום, ונלמד להשתמש בסימני פיסוק ובתארים שעוזרים לתאר את הסיפור בצורה מעניינת.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מבנה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בא ראשון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בחלק של ה'בעיה'?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הסיפור מסתיים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מציגים את הגיבור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קורה קושי לגיבור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הגיבור פותר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שואלים בדרך כלל בפתיחה?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נגמר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מי, איפה ומתי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פותרים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בא אחרי שהבעיה נפתרת?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שום 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פיסוק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כל משפט צריך לשים סימן פיסוק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שאלה נגמר בנקודה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למחוק ולשפר כשכותבים בעיפרון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שכותבים סיפור כדאי לתכנן מי ואיפה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הוא מילה שמתארת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קריאה משמש להבעת רגש חזק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בסוף משפט רגיל שמספר עובדה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משפט ששואל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משפט שמביע רגש חזק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החלק שבו הגיבור פותר את הקושי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שמתארת איך דבר נראה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לפני כתיבת סיפור חשוב __________ מה יהיה בו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חלקי הסיפור והסברים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איך הסיפור נגמר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בעיה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שמתארת תמונה או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מי, איפה, מתי קורה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קושי שצריך לפתור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איך הגיבור מתגבר על הקושי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חלקי הסיפור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מופיעה בעיה שהגיבור צריך להתמודד איתה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הגיבור מוצא דרך לפתור את הבעיה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מסתיים ומסכם מה 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- מציגים את הגיבור ואת המקום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פתיחה קצרה לסיפור: ציינו מי הגיבור, איפה הוא נמצא ומתי קורה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על בעיה שיכולה לקרות לגיבור בסיפור, ועוד משפט שמתאר איך הוא פותר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המתאר דמות או מקום תוך שימוש בלפחות שני תארים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חלקי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בסימן 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למילת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מרכזון כתיבה - מבנה סיפור, פתיחות, פיסוק ותיאור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