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🎲 מרכזי למידה בלשון – מכיתה א׳ עד ט׳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מרכזון כתיבה - מבנה סיפור, פתיחות, פיסוק ותיאור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מבנה הסיפור: פתיחה, בעיה, פתרון וסיום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כתיבת פתיחה לסיפור ושימוש בסימני פיסוק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להעשיר את הכתיבה בתארים מתאימים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מבנה הסיפור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פתיחה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קורה קושי לגיבור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 - פיסוק וכתיבה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המשפט נגמר בצורה ברורה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משפט שאלה נגמר בסימן שאלה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זה חלק מכלל הכתיבה בתחנה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נקודה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סימן שאלה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סימן קריאה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פתרון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 - חלקי הסיפור והסברים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(מי, איפה, מתי קורה הסיפור)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(קושי שצריך לפתור)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(איך הגיבור מתגבר על הקושי)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(איך הסיפור נגמר)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חלקי הסיפור לפי הסדר הנכון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פתיחה - מציגים את הגיבור ואת המקום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מופיעה בעיה שהגיבור צריך להתמודד איתה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הגיבור מוצא דרך לפתור את הבעיה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הסיפור מסתיים ומסכם מה קרה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יצירתית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התלמיד/ה כותב/ת משפט או שניים הכוללים דמות, מקום וזמן בצורה ברורה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משפט עם שני תארים לפחות שמתארים איך הדמות או המקום נראים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פתיחה, בעיה, פתרון, סיום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כאשר המשפט שואל שאלה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תואר הגיוני כמו: גדול, יפה, מהיר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לשחק קודם במשחק 'מסלול הסיפור' כדי לחזק את ההבנה של מבנה הסיפור לפני מילוי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לעודד תלמידים לקרוא את מה שכתבו לחבר/ה ולקבל הערה אחת טובה, כפי שמופיע בכרטיס הכללים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הפתוח אפשר לתת דוגמה אחת משותפת בכיתה לפני העבודה העצמאית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🎲 מרכזי למידה בלשון – מכיתה א׳ עד ט׳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מרכזון כתיבה - מבנה סיפור, פתיחות, פיסוק ותיאור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בדף הזה נתרגל איך בונים סיפור טוב - מהפתיחה ועד הסיום, ונלמד להשתמש בסימני פיסוק ובתארים שעוזרים לתאר את הסיפור בצורה מעניינת.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סימן קריאה  ·  פתרון  ·  נקודה  ·  סימן שאלה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מבנה הסיפור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בא ראשון בסיפור?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סיום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פתיחה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פתרון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 קורה בחלק של ה'בעיה'?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הסיפור מסתיים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מציגים את הגיבור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קורה קושי לגיבור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 - פיסוק וכתיבה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בסוף כל משפט צריך לשים סימן פיסוק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משפט שאלה נגמר בנקודה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אפשר למחוק ולשפר כשכותבים בעיפרון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בסוף משפט רגיל שמספר עובדה שמים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בסוף משפט ששואל שמים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בסוף משפט שמביע רגש חזק שמים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4. החלק שבו הגיבור פותר את הקושי נקרא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התאמה - חלקי הסיפור והסברים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פתיחה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איך הסיפור נגמר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בעיה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איך הגיבור מתגבר על הקושי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פתרון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קושי שצריך לפתור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סיום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מי, איפה, מתי קורה הסיפור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סדרו את חלקי הסיפור לפי הסדר הנכון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הסיפור מסתיים ומסכם מה קרה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הגיבור מוצא דרך לפתור את הבעיה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מופיעה בעיה שהגיבור צריך להתמודד איתה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פתיחה - מציגים את הגיבור ואת המקום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יצירתית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פתיחה קצרה לסיפור: ציינו מי הגיבור, איפה הוא נמצא ומתי קורה הסיפור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כתבו משפט המתאר דמות או מקום תוך שימוש בלפחות שני תארים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מהם ארבעת חלקי הסיפור?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מתי משתמשים בסימן שאלה?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מרכזון כתיבה - מבנה סיפור, פתיחות, פיסוק ותיאור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